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EB894" w14:textId="07E926B9" w:rsidR="008E318C" w:rsidRDefault="008E318C"/>
    <w:p w14:paraId="09ABDF89" w14:textId="77777777" w:rsidR="008E318C" w:rsidRDefault="00000000">
      <w:pPr>
        <w:jc w:val="center"/>
      </w:pPr>
      <w:r>
        <w:rPr>
          <w:b/>
          <w:sz w:val="48"/>
        </w:rPr>
        <w:br/>
        <w:t>SPECIAL CONSTRUCTION PVT. LTD.</w:t>
      </w:r>
      <w:r>
        <w:rPr>
          <w:b/>
          <w:sz w:val="48"/>
        </w:rPr>
        <w:br/>
      </w:r>
    </w:p>
    <w:p w14:paraId="21AB2F1D" w14:textId="77777777" w:rsidR="008E318C" w:rsidRDefault="00000000">
      <w:pPr>
        <w:jc w:val="center"/>
      </w:pPr>
      <w:r>
        <w:t>Powering Roads — Reliable Machines, Genuine Parts, Responsive Service</w:t>
      </w:r>
    </w:p>
    <w:p w14:paraId="3F3B22AF" w14:textId="1265F80C" w:rsidR="008E318C" w:rsidRDefault="00000000">
      <w:pPr>
        <w:jc w:val="center"/>
      </w:pPr>
      <w:r>
        <w:br/>
      </w:r>
      <w:r>
        <w:br/>
      </w:r>
      <w:r w:rsidR="005203C1">
        <w:rPr>
          <w:noProof/>
        </w:rPr>
        <w:drawing>
          <wp:inline distT="0" distB="0" distL="0" distR="0" wp14:anchorId="7838056B" wp14:editId="13391275">
            <wp:extent cx="4465320" cy="3348990"/>
            <wp:effectExtent l="0" t="0" r="0" b="3810"/>
            <wp:docPr id="963656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56302" name="Picture 9636563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616C" w14:textId="77777777" w:rsidR="008E318C" w:rsidRDefault="00000000">
      <w:pPr>
        <w:jc w:val="center"/>
      </w:pPr>
      <w:r>
        <w:t>Balkumari-9, Lalitpur, Nepal</w:t>
      </w:r>
      <w:r>
        <w:br/>
        <w:t>Phone: +977-9851098449</w:t>
      </w:r>
      <w:r>
        <w:br/>
        <w:t>Email: shalikco75@gmail.com</w:t>
      </w:r>
      <w:r>
        <w:br/>
        <w:t>Website: https://specialheavy.com/</w:t>
      </w:r>
      <w:r>
        <w:br/>
        <w:t>Established: 2010 A.D.</w:t>
      </w:r>
    </w:p>
    <w:p w14:paraId="6EDC61DF" w14:textId="77777777" w:rsidR="008E318C" w:rsidRDefault="00000000">
      <w:r>
        <w:br w:type="page"/>
      </w:r>
    </w:p>
    <w:p w14:paraId="17A38899" w14:textId="77777777" w:rsidR="008E318C" w:rsidRDefault="00000000">
      <w:pPr>
        <w:pStyle w:val="Heading1"/>
      </w:pPr>
      <w:r>
        <w:lastRenderedPageBreak/>
        <w:t>About Us</w:t>
      </w:r>
    </w:p>
    <w:p w14:paraId="0AC6D278" w14:textId="77777777" w:rsidR="00B30EDE" w:rsidRDefault="00000000" w:rsidP="00B30EDE">
      <w:r>
        <w:t>Special Construction Pvt. Ltd. is a privately held company established in 2010, based in Balkumari-9, Lalitpur, Nepal.</w:t>
      </w:r>
      <w:r w:rsidR="00B30EDE" w:rsidRPr="00B30EDE">
        <w:t xml:space="preserve"> </w:t>
      </w:r>
      <w:r w:rsidR="00B30EDE" w:rsidRPr="00B30EDE">
        <w:t>Over the years, the company has expanded its operations, creating two sister companies to cater to specialized sectors: Special Heavy Equipment Works Pvt. Ltd. and Shalik Construction Pvt. Ltd.</w:t>
      </w:r>
      <w:r w:rsidR="00B30EDE" w:rsidRPr="00B30EDE">
        <w:br/>
      </w:r>
      <w:r>
        <w:t xml:space="preserve"> The company specializes in construction equipment rental, heavy equipment parts import and sales, and maintenance services for road construction and infrastructure projects across Nepal.</w:t>
      </w:r>
      <w:r w:rsidR="00B30EDE">
        <w:t xml:space="preserve"> </w:t>
      </w:r>
    </w:p>
    <w:p w14:paraId="2D128D6D" w14:textId="5E9810BC" w:rsidR="00B30EDE" w:rsidRPr="00B30EDE" w:rsidRDefault="00B30EDE" w:rsidP="00B30EDE">
      <w:r w:rsidRPr="00B30EDE">
        <w:t>With a strong foundation built on integrity, quality workmanship, and client satisfaction, Special Construction Pvt. Ltd. continues to lead in Nepal’s infrastructure development — from major road and bridge projects to the maintenance of large-scale construction machinery.</w:t>
      </w:r>
    </w:p>
    <w:p w14:paraId="005DE4D9" w14:textId="77777777" w:rsidR="00B30EDE" w:rsidRPr="00B30EDE" w:rsidRDefault="00B30EDE" w:rsidP="00B30EDE">
      <w:pPr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</w:pPr>
      <w:r w:rsidRPr="00B30EDE"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  <w:t>Our Sister Companies</w:t>
      </w:r>
    </w:p>
    <w:p w14:paraId="2D20F84E" w14:textId="77777777" w:rsidR="00B30EDE" w:rsidRPr="00B30EDE" w:rsidRDefault="00B30EDE" w:rsidP="00B30EDE">
      <w:pPr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</w:pPr>
      <w:r w:rsidRPr="00B30EDE"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  <w:t>1. Special Heavy Equipment Works Pvt. Ltd.</w:t>
      </w:r>
    </w:p>
    <w:p w14:paraId="64E286E7" w14:textId="77777777" w:rsidR="00B30EDE" w:rsidRPr="00B30EDE" w:rsidRDefault="00B30EDE" w:rsidP="00B30EDE">
      <w:r w:rsidRPr="00B30EDE">
        <w:t>This company focuses on repair, maintenance, and servicing of heavy construction machinery, ensuring that equipment such as:</w:t>
      </w:r>
      <w:r w:rsidRPr="00B30EDE">
        <w:br/>
        <w:t>- Excavators</w:t>
      </w:r>
      <w:r w:rsidRPr="00B30EDE">
        <w:br/>
        <w:t>- Backhoe Loaders</w:t>
      </w:r>
      <w:r w:rsidRPr="00B30EDE">
        <w:br/>
        <w:t>- Rollers</w:t>
      </w:r>
      <w:r w:rsidRPr="00B30EDE">
        <w:br/>
        <w:t>- Wheel Loaders</w:t>
      </w:r>
      <w:r w:rsidRPr="00B30EDE">
        <w:br/>
        <w:t>- Bulldozers</w:t>
      </w:r>
      <w:r w:rsidRPr="00B30EDE">
        <w:br/>
        <w:t>operate at peak performance.</w:t>
      </w:r>
      <w:r w:rsidRPr="00B30EDE">
        <w:br/>
      </w:r>
      <w:r w:rsidRPr="00B30EDE">
        <w:br/>
        <w:t>With a dedicated team of skilled mechanics and engineers, the company provides reliable, on-time, and cost-effective maintenance solutions to contractors and construction firms across Nepal.</w:t>
      </w:r>
    </w:p>
    <w:p w14:paraId="615E277B" w14:textId="77777777" w:rsidR="00B30EDE" w:rsidRPr="00B30EDE" w:rsidRDefault="00B30EDE" w:rsidP="00B30EDE">
      <w:pPr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</w:pPr>
      <w:r w:rsidRPr="00B30EDE">
        <w:rPr>
          <w:rFonts w:asciiTheme="majorHAnsi" w:hAnsiTheme="majorHAnsi" w:cstheme="majorHAnsi"/>
          <w:b/>
          <w:bCs/>
          <w:color w:val="4F81BD" w:themeColor="accent1"/>
          <w:sz w:val="28"/>
          <w:szCs w:val="28"/>
        </w:rPr>
        <w:t>2.</w:t>
      </w:r>
      <w:r w:rsidRPr="00B30EDE"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  <w:t xml:space="preserve"> Shalik Construction Pvt. Ltd.</w:t>
      </w:r>
    </w:p>
    <w:p w14:paraId="741D722C" w14:textId="77777777" w:rsidR="00B30EDE" w:rsidRPr="00B30EDE" w:rsidRDefault="00B30EDE" w:rsidP="00B30EDE">
      <w:r w:rsidRPr="00B30EDE">
        <w:t>Shalik Construction Pvt. Ltd. specializes in infrastructure construction, handling projects that shape communities and drive progress.</w:t>
      </w:r>
      <w:r w:rsidRPr="00B30EDE">
        <w:br/>
        <w:t>Our areas of expertise include:</w:t>
      </w:r>
      <w:r w:rsidRPr="00B30EDE">
        <w:br/>
        <w:t>- Road and Highway Construction</w:t>
      </w:r>
      <w:r w:rsidRPr="00B30EDE">
        <w:br/>
        <w:t>- Building and Structural Works</w:t>
      </w:r>
      <w:r w:rsidRPr="00B30EDE">
        <w:br/>
        <w:t>- Bridge Construction</w:t>
      </w:r>
      <w:r w:rsidRPr="00B30EDE">
        <w:br/>
        <w:t>- Tunnel Development</w:t>
      </w:r>
      <w:r w:rsidRPr="00B30EDE">
        <w:br/>
      </w:r>
      <w:r w:rsidRPr="00B30EDE">
        <w:br/>
        <w:t>With a commitment to innovation and sustainable engineering, Shalik Construction has become a trusted name in Nepal’s construction sector.</w:t>
      </w:r>
    </w:p>
    <w:p w14:paraId="77BC0E4D" w14:textId="3BC868D0" w:rsidR="008E318C" w:rsidRDefault="008E318C"/>
    <w:p w14:paraId="047D8D12" w14:textId="77777777" w:rsidR="008E318C" w:rsidRDefault="00000000">
      <w:pPr>
        <w:pStyle w:val="Heading2"/>
      </w:pPr>
      <w:r>
        <w:t>Mission</w:t>
      </w:r>
    </w:p>
    <w:p w14:paraId="5F99B0FF" w14:textId="77777777" w:rsidR="008E318C" w:rsidRDefault="00000000">
      <w:r>
        <w:t>To provide reliable, cost-effective heavy equipment and parts, enabling safer and more efficient road construction across Nepal.</w:t>
      </w:r>
    </w:p>
    <w:p w14:paraId="659F3212" w14:textId="77777777" w:rsidR="00B30EDE" w:rsidRPr="00B30EDE" w:rsidRDefault="00B30EDE" w:rsidP="00B30EDE">
      <w:r w:rsidRPr="00B30EDE">
        <w:t>- To deliver high-quality construction and maintenance services on time and within budget.</w:t>
      </w:r>
    </w:p>
    <w:p w14:paraId="2750C4D7" w14:textId="77777777" w:rsidR="00B30EDE" w:rsidRPr="00B30EDE" w:rsidRDefault="00B30EDE" w:rsidP="00B30EDE">
      <w:r w:rsidRPr="00B30EDE">
        <w:t>- To promote sustainable engineering practices.</w:t>
      </w:r>
    </w:p>
    <w:p w14:paraId="609C3FF3" w14:textId="77777777" w:rsidR="00B30EDE" w:rsidRPr="00B30EDE" w:rsidRDefault="00B30EDE" w:rsidP="00B30EDE">
      <w:r w:rsidRPr="00B30EDE">
        <w:t>- To continuously improve through technology, teamwork, and client feedback.</w:t>
      </w:r>
    </w:p>
    <w:p w14:paraId="784225D3" w14:textId="77777777" w:rsidR="00B30EDE" w:rsidRDefault="00B30EDE"/>
    <w:p w14:paraId="26280F17" w14:textId="77777777" w:rsidR="008E318C" w:rsidRDefault="00000000">
      <w:pPr>
        <w:pStyle w:val="Heading2"/>
      </w:pPr>
      <w:r>
        <w:t>Vision</w:t>
      </w:r>
    </w:p>
    <w:p w14:paraId="69D7A0C5" w14:textId="77777777" w:rsidR="008E318C" w:rsidRDefault="00000000">
      <w:r>
        <w:t>To be the trusted national partner for road contractors by 2030 — reliable fleet, best-in-class support, and rapid parts availability.</w:t>
      </w:r>
    </w:p>
    <w:p w14:paraId="0506CEEC" w14:textId="77777777" w:rsidR="00B30EDE" w:rsidRPr="00B30EDE" w:rsidRDefault="00B30EDE" w:rsidP="00B30EDE">
      <w:r w:rsidRPr="00B30EDE">
        <w:t>To be a leading construction group in Nepal, recognized for quality, safety, and innovation in both infrastructure development and heavy equipment management.</w:t>
      </w:r>
    </w:p>
    <w:p w14:paraId="695CA7D9" w14:textId="77777777" w:rsidR="00B30EDE" w:rsidRPr="00ED7451" w:rsidRDefault="00B30EDE">
      <w:pPr>
        <w:rPr>
          <w:rFonts w:asciiTheme="majorHAnsi" w:hAnsiTheme="majorHAnsi" w:cstheme="majorHAnsi"/>
          <w:sz w:val="26"/>
          <w:szCs w:val="26"/>
        </w:rPr>
      </w:pPr>
    </w:p>
    <w:p w14:paraId="1F0C0E27" w14:textId="77777777" w:rsidR="00B30EDE" w:rsidRPr="00B30EDE" w:rsidRDefault="00B30EDE" w:rsidP="00B30EDE">
      <w:pPr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</w:pPr>
      <w:r w:rsidRPr="00B30EDE"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  <w:t>Core Values</w:t>
      </w:r>
    </w:p>
    <w:p w14:paraId="2C87BEB8" w14:textId="77777777" w:rsidR="00B30EDE" w:rsidRPr="00B30EDE" w:rsidRDefault="00B30EDE" w:rsidP="00B30EDE">
      <w:r w:rsidRPr="00B30EDE">
        <w:t>- Integrity: Honesty and transparency in all business dealings.</w:t>
      </w:r>
    </w:p>
    <w:p w14:paraId="6EAC566F" w14:textId="77777777" w:rsidR="00B30EDE" w:rsidRPr="00B30EDE" w:rsidRDefault="00B30EDE" w:rsidP="00B30EDE">
      <w:r w:rsidRPr="00B30EDE">
        <w:t>- Excellence: Commitment to superior performance and continuous improvement.</w:t>
      </w:r>
    </w:p>
    <w:p w14:paraId="647CC600" w14:textId="77777777" w:rsidR="00B30EDE" w:rsidRPr="00B30EDE" w:rsidRDefault="00B30EDE" w:rsidP="00B30EDE">
      <w:r w:rsidRPr="00B30EDE">
        <w:t>- Safety: Ensuring a safe work environment for employees and clients.</w:t>
      </w:r>
    </w:p>
    <w:p w14:paraId="21C4DA93" w14:textId="77777777" w:rsidR="00B30EDE" w:rsidRPr="00B30EDE" w:rsidRDefault="00B30EDE" w:rsidP="00B30EDE">
      <w:r w:rsidRPr="00B30EDE">
        <w:t>- Sustainability: Building responsibly for future generations.</w:t>
      </w:r>
    </w:p>
    <w:p w14:paraId="103FA758" w14:textId="1801F473" w:rsidR="008E318C" w:rsidRDefault="00B30EDE" w:rsidP="00B30EDE">
      <w:r w:rsidRPr="00B30EDE">
        <w:t>- Customer Satisfaction: Exceeding expectations through dedicated service</w:t>
      </w:r>
      <w:r w:rsidR="00000000">
        <w:br w:type="page"/>
      </w:r>
    </w:p>
    <w:p w14:paraId="7503A585" w14:textId="77777777" w:rsidR="008E318C" w:rsidRDefault="00000000">
      <w:pPr>
        <w:pStyle w:val="Heading1"/>
      </w:pPr>
      <w:r>
        <w:lastRenderedPageBreak/>
        <w:t>Core Services</w:t>
      </w:r>
    </w:p>
    <w:p w14:paraId="27F1D541" w14:textId="77777777" w:rsidR="008E318C" w:rsidRDefault="00000000">
      <w:pPr>
        <w:pStyle w:val="ListBullet"/>
      </w:pPr>
      <w:r>
        <w:t>Heavy Equipment Rental – Excavators, Rollers, Backhoe Loaders, Graders, and other machinery used for road construction.</w:t>
      </w:r>
    </w:p>
    <w:p w14:paraId="038EF4DC" w14:textId="77777777" w:rsidR="008E318C" w:rsidRDefault="00000000">
      <w:pPr>
        <w:pStyle w:val="ListBullet"/>
      </w:pPr>
      <w:r>
        <w:t>Machinery Parts Import &amp; Sales – Genuine and high-quality aftermarket parts for major machinery brands.</w:t>
      </w:r>
    </w:p>
    <w:p w14:paraId="1E545206" w14:textId="77777777" w:rsidR="008E318C" w:rsidRDefault="00000000">
      <w:pPr>
        <w:pStyle w:val="ListBullet"/>
      </w:pPr>
      <w:r>
        <w:t>Maintenance &amp; Technical Support – Preventive maintenance, on-site servicing, and parts replacement.</w:t>
      </w:r>
    </w:p>
    <w:p w14:paraId="23DB6934" w14:textId="77777777" w:rsidR="008E318C" w:rsidRDefault="00000000">
      <w:pPr>
        <w:pStyle w:val="ListBullet"/>
      </w:pPr>
      <w:r>
        <w:t>Fleet Mobilization – Rapid deployment and nationwide delivery of equipment.</w:t>
      </w:r>
    </w:p>
    <w:p w14:paraId="335FAC22" w14:textId="2363373E" w:rsidR="008E318C" w:rsidRDefault="005203C1">
      <w:r>
        <w:rPr>
          <w:noProof/>
        </w:rPr>
        <w:drawing>
          <wp:inline distT="0" distB="0" distL="0" distR="0" wp14:anchorId="304B042A" wp14:editId="1B19178E">
            <wp:extent cx="5076065" cy="5285509"/>
            <wp:effectExtent l="0" t="0" r="0" b="0"/>
            <wp:docPr id="17843721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72118" name="Picture 17843721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2528" cy="534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 w:type="page"/>
      </w:r>
    </w:p>
    <w:p w14:paraId="785B6FB0" w14:textId="77777777" w:rsidR="008E318C" w:rsidRDefault="00000000">
      <w:pPr>
        <w:pStyle w:val="Heading1"/>
      </w:pPr>
      <w:r>
        <w:lastRenderedPageBreak/>
        <w:t>Our Fleet</w:t>
      </w:r>
    </w:p>
    <w:p w14:paraId="66D89CE2" w14:textId="77777777" w:rsidR="008E318C" w:rsidRDefault="00000000">
      <w:r>
        <w:t>Our company operates a well-maintained fleet of heavy machinery that supports construction and infrastructure development across Nepal. Below are some of our equipment in operation.</w:t>
      </w:r>
    </w:p>
    <w:p w14:paraId="1F078450" w14:textId="4E21ED67" w:rsidR="008E318C" w:rsidRDefault="005203C1">
      <w:pPr>
        <w:jc w:val="center"/>
      </w:pPr>
      <w:r>
        <w:rPr>
          <w:noProof/>
        </w:rPr>
        <w:drawing>
          <wp:inline distT="0" distB="0" distL="0" distR="0" wp14:anchorId="1AA2A8B9" wp14:editId="018C16FF">
            <wp:extent cx="5486400" cy="4966855"/>
            <wp:effectExtent l="0" t="0" r="0" b="5715"/>
            <wp:docPr id="10907622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62257" name="Picture 10907622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373" cy="49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A2DE" w14:textId="434893EE" w:rsidR="008E318C" w:rsidRDefault="005203C1" w:rsidP="00656DB6">
      <w:pPr>
        <w:jc w:val="center"/>
      </w:pPr>
      <w:r>
        <w:rPr>
          <w:noProof/>
        </w:rPr>
        <w:lastRenderedPageBreak/>
        <w:drawing>
          <wp:inline distT="0" distB="0" distL="0" distR="0" wp14:anchorId="5B942A59" wp14:editId="5C97E09C">
            <wp:extent cx="5486400" cy="7315200"/>
            <wp:effectExtent l="0" t="0" r="0" b="0"/>
            <wp:docPr id="1046039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39819" name="Picture 10460398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CEF9" w14:textId="77777777" w:rsidR="008E318C" w:rsidRDefault="00000000">
      <w:r>
        <w:br w:type="page"/>
      </w:r>
    </w:p>
    <w:p w14:paraId="2CA12CBB" w14:textId="77777777" w:rsidR="008E318C" w:rsidRDefault="00000000">
      <w:pPr>
        <w:pStyle w:val="Heading1"/>
      </w:pPr>
      <w:r>
        <w:lastRenderedPageBreak/>
        <w:t>Projects &amp; Operations</w:t>
      </w:r>
    </w:p>
    <w:p w14:paraId="3E3DC897" w14:textId="77777777" w:rsidR="008E318C" w:rsidRDefault="00000000">
      <w:r>
        <w:t>Special Construction Pvt. Ltd. has contributed to numerous road and infrastructure development projects throughout Nepal. Our reliable equipment fleet and experienced operators ensure timely and efficient project delivery.</w:t>
      </w:r>
    </w:p>
    <w:p w14:paraId="362ED22E" w14:textId="77777777" w:rsidR="00ED7451" w:rsidRDefault="00ED7451"/>
    <w:p w14:paraId="18932973" w14:textId="77777777" w:rsidR="00ED7451" w:rsidRDefault="00ED7451"/>
    <w:p w14:paraId="6EEFEB65" w14:textId="77777777" w:rsidR="00ED7451" w:rsidRDefault="00ED7451"/>
    <w:p w14:paraId="0C176E87" w14:textId="3D41F4C5" w:rsidR="00ED7451" w:rsidRDefault="00000000" w:rsidP="00ED7451">
      <w:pPr>
        <w:jc w:val="center"/>
      </w:pPr>
      <w:r>
        <w:t>[site Project Photo]</w:t>
      </w:r>
    </w:p>
    <w:p w14:paraId="6FF76553" w14:textId="0923C9F0" w:rsidR="008E318C" w:rsidRDefault="00656DB6">
      <w:r>
        <w:rPr>
          <w:noProof/>
        </w:rPr>
        <w:drawing>
          <wp:inline distT="0" distB="0" distL="0" distR="0" wp14:anchorId="3D06C372" wp14:editId="7E8E6CAF">
            <wp:extent cx="5486400" cy="4114800"/>
            <wp:effectExtent l="0" t="0" r="0" b="0"/>
            <wp:docPr id="13527710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71083" name="Picture 13527710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 w:type="page"/>
      </w:r>
    </w:p>
    <w:p w14:paraId="00F70290" w14:textId="77777777" w:rsidR="008E318C" w:rsidRDefault="00000000">
      <w:pPr>
        <w:pStyle w:val="Heading1"/>
      </w:pPr>
      <w:r>
        <w:lastRenderedPageBreak/>
        <w:t>Contact Information</w:t>
      </w:r>
    </w:p>
    <w:p w14:paraId="1F2A06E3" w14:textId="77777777" w:rsidR="008E318C" w:rsidRDefault="00000000">
      <w:r>
        <w:t>Special Construction Pvt. Ltd.</w:t>
      </w:r>
      <w:r>
        <w:br/>
        <w:t>Balkumari-9, Lalitpur, Nepal</w:t>
      </w:r>
      <w:r>
        <w:br/>
        <w:t>Phone: +977-9851098449</w:t>
      </w:r>
      <w:r>
        <w:br/>
        <w:t>Email: shalikco75@gmail.com</w:t>
      </w:r>
      <w:r>
        <w:br/>
        <w:t>Website: https://specialheavy.com/</w:t>
      </w:r>
      <w:r>
        <w:br/>
        <w:t>Established: 2010 A.D.</w:t>
      </w:r>
      <w:r>
        <w:br/>
      </w:r>
      <w:r>
        <w:br/>
        <w:t>Thank you for choosing Special Construction Pvt. Ltd. — your trusted partner in construction and heavy equipment solutions.</w:t>
      </w:r>
    </w:p>
    <w:sectPr w:rsidR="008E318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44596681">
    <w:abstractNumId w:val="8"/>
  </w:num>
  <w:num w:numId="2" w16cid:durableId="1839494223">
    <w:abstractNumId w:val="6"/>
  </w:num>
  <w:num w:numId="3" w16cid:durableId="1930579603">
    <w:abstractNumId w:val="5"/>
  </w:num>
  <w:num w:numId="4" w16cid:durableId="1386174975">
    <w:abstractNumId w:val="4"/>
  </w:num>
  <w:num w:numId="5" w16cid:durableId="233663624">
    <w:abstractNumId w:val="7"/>
  </w:num>
  <w:num w:numId="6" w16cid:durableId="80879475">
    <w:abstractNumId w:val="3"/>
  </w:num>
  <w:num w:numId="7" w16cid:durableId="1954901896">
    <w:abstractNumId w:val="2"/>
  </w:num>
  <w:num w:numId="8" w16cid:durableId="1414355576">
    <w:abstractNumId w:val="1"/>
  </w:num>
  <w:num w:numId="9" w16cid:durableId="1228149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21C9"/>
    <w:rsid w:val="00034616"/>
    <w:rsid w:val="0006063C"/>
    <w:rsid w:val="0015074B"/>
    <w:rsid w:val="0029639D"/>
    <w:rsid w:val="00326F90"/>
    <w:rsid w:val="00442DD1"/>
    <w:rsid w:val="005203C1"/>
    <w:rsid w:val="00656DB6"/>
    <w:rsid w:val="008E318C"/>
    <w:rsid w:val="00AA1D8D"/>
    <w:rsid w:val="00B30EDE"/>
    <w:rsid w:val="00B47730"/>
    <w:rsid w:val="00CB0664"/>
    <w:rsid w:val="00ED7451"/>
    <w:rsid w:val="00EE38D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89BDE1"/>
  <w14:defaultImageDpi w14:val="300"/>
  <w15:docId w15:val="{17C8B626-E72A-4DC9-9AF5-961C6D8D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LENOVO</cp:lastModifiedBy>
  <cp:revision>2</cp:revision>
  <cp:lastPrinted>2025-10-12T04:46:00Z</cp:lastPrinted>
  <dcterms:created xsi:type="dcterms:W3CDTF">2025-10-12T04:51:00Z</dcterms:created>
  <dcterms:modified xsi:type="dcterms:W3CDTF">2025-10-12T04:51:00Z</dcterms:modified>
  <cp:category/>
</cp:coreProperties>
</file>